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32"/>
        </w:rPr>
        <w:t>Feuille d’émargement</w:t>
      </w:r>
      <w:r>
        <w:rPr>
          <w:color w:val="94A3B8"/>
        </w:rPr>
        <w:t xml:space="preserve">    [Votre logo]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ORGANISME DE FORMATION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N° DE DÉCLARATION D’ACTIVITÉ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FORMATION (INTITULÉ DE LA CONVENTION)</w:t>
            </w:r>
          </w:p>
          <w:p/>
        </w:tc>
      </w:tr>
      <w:tr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DATES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HORAIRES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DURÉE TOTALE</w:t>
            </w:r>
          </w:p>
          <w:p/>
        </w:tc>
      </w:tr>
      <w:tr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LIEU OU MODALITÉ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FORMATEUR</w:t>
            </w:r>
          </w:p>
          <w:p/>
        </w:tc>
        <w:tc>
          <w:tcPr>
            <w:tcW w:type="dxa" w:w="5235"/>
          </w:tcPr>
          <w:p>
            <w:r/>
            <w:r>
              <w:rPr>
                <w:b/>
                <w:color w:val="64748B"/>
                <w:sz w:val="14"/>
              </w:rPr>
              <w:t>CLIENT OU FINANCEUR</w:t>
            </w:r>
          </w:p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2551"/>
        <w:gridCol w:w="1814"/>
        <w:gridCol w:w="2041"/>
        <w:gridCol w:w="2041"/>
        <w:gridCol w:w="2041"/>
        <w:gridCol w:w="2041"/>
        <w:gridCol w:w="2665"/>
      </w:tblGrid>
      <w:tr>
        <w:tc>
          <w:tcPr>
            <w:tcW w:type="dxa" w:w="510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N°</w:t>
            </w:r>
          </w:p>
        </w:tc>
        <w:tc>
          <w:tcPr>
            <w:tcW w:type="dxa" w:w="2551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Nom et prénom du stagiaire</w:t>
            </w:r>
          </w:p>
        </w:tc>
        <w:tc>
          <w:tcPr>
            <w:tcW w:type="dxa" w:w="1814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Entreprise</w:t>
            </w:r>
          </w:p>
        </w:tc>
        <w:tc>
          <w:tcPr>
            <w:tcW w:type="dxa" w:w="2041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Jour 1 · matin</w:t>
              <w:br/>
              <w:t>… h … à … h …</w:t>
            </w:r>
          </w:p>
        </w:tc>
        <w:tc>
          <w:tcPr>
            <w:tcW w:type="dxa" w:w="2041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Jour 1 · après-midi</w:t>
              <w:br/>
              <w:t>… h … à … h …</w:t>
            </w:r>
          </w:p>
        </w:tc>
        <w:tc>
          <w:tcPr>
            <w:tcW w:type="dxa" w:w="2041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Jour 2 · matin</w:t>
              <w:br/>
              <w:t>… h … à … h …</w:t>
            </w:r>
          </w:p>
        </w:tc>
        <w:tc>
          <w:tcPr>
            <w:tcW w:type="dxa" w:w="2041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Jour 2 · après-midi</w:t>
              <w:br/>
              <w:t>… h … à … h …</w:t>
            </w:r>
          </w:p>
        </w:tc>
        <w:tc>
          <w:tcPr>
            <w:tcW w:type="dxa" w:w="2665"/>
            <w:shd w:val="clear" w:color="auto" w:fill="F0FDFA"/>
          </w:tcPr>
          <w:p>
            <w:pPr>
              <w:jc w:val="center"/>
            </w:pPr>
            <w:r/>
            <w:r>
              <w:rPr>
                <w:b/>
                <w:sz w:val="16"/>
              </w:rPr>
              <w:t>Observations (absences, retards, départs)</w:t>
            </w:r>
          </w:p>
        </w:tc>
      </w:tr>
      <w:tr>
        <w:trPr>
          <w:trHeight w:val="595"/>
        </w:trP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7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8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9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</w:tcPr>
          <w:p>
            <w:r>
              <w:t>10</w:t>
            </w:r>
          </w:p>
        </w:tc>
        <w:tc>
          <w:tcPr>
            <w:tcW w:type="dxa" w:w="2551"/>
          </w:tcPr>
          <w:p/>
        </w:tc>
        <w:tc>
          <w:tcPr>
            <w:tcW w:type="dxa" w:w="1814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665"/>
          </w:tcPr>
          <w:p/>
        </w:tc>
      </w:tr>
      <w:tr>
        <w:trPr>
          <w:trHeight w:val="595"/>
        </w:trPr>
        <w:tc>
          <w:tcPr>
            <w:tcW w:type="dxa" w:w="510"/>
            <w:shd w:val="clear" w:color="auto" w:fill="F8FAFC"/>
          </w:tcPr>
          <w:p>
            <w:r>
              <w:t>F</w:t>
            </w:r>
          </w:p>
        </w:tc>
        <w:tc>
          <w:tcPr>
            <w:tcW w:type="dxa" w:w="4365"/>
            <w:gridSpan w:val="2"/>
            <w:shd w:val="clear" w:color="auto" w:fill="F8FAFC"/>
            <w:shd w:val="clear" w:color="auto" w:fill="F8FAFC"/>
          </w:tcPr>
          <w:p>
            <w:r>
              <w:rPr>
                <w:b/>
              </w:rPr>
              <w:t>Signature du formateur (chaque demi-journée)</w:t>
            </w:r>
          </w:p>
        </w:tc>
        <w:tc>
          <w:tcPr>
            <w:tcW w:type="dxa" w:w="2041"/>
            <w:shd w:val="clear" w:color="auto" w:fill="F8FAFC"/>
          </w:tcPr>
          <w:p/>
        </w:tc>
        <w:tc>
          <w:tcPr>
            <w:tcW w:type="dxa" w:w="2041"/>
            <w:shd w:val="clear" w:color="auto" w:fill="F8FAFC"/>
          </w:tcPr>
          <w:p/>
        </w:tc>
        <w:tc>
          <w:tcPr>
            <w:tcW w:type="dxa" w:w="2041"/>
            <w:shd w:val="clear" w:color="auto" w:fill="F8FAFC"/>
          </w:tcPr>
          <w:p/>
        </w:tc>
        <w:tc>
          <w:tcPr>
            <w:tcW w:type="dxa" w:w="2041"/>
            <w:shd w:val="clear" w:color="auto" w:fill="F8FAFC"/>
          </w:tcPr>
          <w:p/>
        </w:tc>
        <w:tc>
          <w:tcPr>
            <w:tcW w:type="dxa" w:w="2665"/>
            <w:shd w:val="clear" w:color="auto" w:fill="F8FAFC"/>
          </w:tcPr>
          <w:p/>
        </w:tc>
      </w:tr>
    </w:tbl>
    <w:p>
      <w:pPr>
        <w:spacing w:before="80"/>
      </w:pPr>
      <w:r>
        <w:rPr>
          <w:color w:val="475569"/>
          <w:sz w:val="15"/>
        </w:rPr>
        <w:t>Chaque stagiaire signe lui-même, à chaque demi-journée. En cas d’absence, inscrire « absent » ; en cas de retard ou de départ anticipé, noter l’heure. Ne jamais signer pour un autre stagiaire. Feuille à conserver avec le dossier de la session.</w:t>
      </w:r>
    </w:p>
    <w:p>
      <w:r>
        <w:rPr>
          <w:i/>
          <w:color w:val="94A3B8"/>
          <w:sz w:val="14"/>
        </w:rPr>
        <w:t>Modèle proposé par organismedeformation.org. Ajoutez ou supprimez des colonnes pour avoir une colonne par demi-journée de la session.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d’émargement, modèle vierge</dc:title>
  <dc:subject/>
  <dc:creator>La rédaction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